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1A671" w14:textId="77777777" w:rsidR="001332F0" w:rsidRDefault="00000000">
      <w:pPr>
        <w:pStyle w:val="Title"/>
      </w:pPr>
      <w:r>
        <w:t>Anuskar Sigdel</w:t>
      </w:r>
    </w:p>
    <w:p w14:paraId="175B3217" w14:textId="77777777" w:rsidR="001332F0" w:rsidRDefault="00000000">
      <w:pPr>
        <w:pStyle w:val="Subtitle"/>
      </w:pPr>
      <w:r>
        <w:t>Email Support Specialist</w:t>
      </w:r>
    </w:p>
    <w:p w14:paraId="209D6B8F" w14:textId="77777777" w:rsidR="001332F0" w:rsidRDefault="00000000">
      <w:pPr>
        <w:spacing w:after="40"/>
      </w:pPr>
      <w:r>
        <w:t>Kathmandu, Nepal | +977 9810216186</w:t>
      </w:r>
    </w:p>
    <w:p w14:paraId="52340033" w14:textId="77777777" w:rsidR="001332F0" w:rsidRDefault="00000000">
      <w:hyperlink r:id="rId6">
        <w:r>
          <w:t>anuskarsigdel04@gmail.com</w:t>
        </w:r>
      </w:hyperlink>
      <w:r>
        <w:t xml:space="preserve"> | </w:t>
      </w:r>
      <w:hyperlink r:id="rId7">
        <w:r>
          <w:t>github.com/Anuskar123</w:t>
        </w:r>
      </w:hyperlink>
    </w:p>
    <w:p w14:paraId="2FF887A9" w14:textId="77777777" w:rsidR="001332F0" w:rsidRDefault="00000000">
      <w:pPr>
        <w:spacing w:after="60"/>
      </w:pPr>
      <w:hyperlink r:id="rId8">
        <w:r>
          <w:t>linkedin.com/in/anuskar-sigdel-a47236328</w:t>
        </w:r>
      </w:hyperlink>
    </w:p>
    <w:p w14:paraId="6C791DC8" w14:textId="77777777" w:rsidR="001332F0" w:rsidRDefault="00000000">
      <w:pPr>
        <w:pStyle w:val="Heading1"/>
      </w:pPr>
      <w:r>
        <w:t>PROFILE</w:t>
      </w:r>
    </w:p>
    <w:p w14:paraId="7D78751E" w14:textId="77777777" w:rsidR="001332F0" w:rsidRDefault="00000000">
      <w:r>
        <w:t>BSc (Hons) Computing student, graduating in 2027, with practical experience creating setup guides, investigating software problems, and documenting clear solutions through academic and personal projects. Comfortable researching technical information, checking details, and explaining software behaviour in accessible language. Seeking an entry-level email support role where these skills can help customers understand their options and resolve problems.</w:t>
      </w:r>
    </w:p>
    <w:p w14:paraId="1131FCA8" w14:textId="77777777" w:rsidR="001332F0" w:rsidRDefault="00000000">
      <w:pPr>
        <w:pStyle w:val="Heading1"/>
      </w:pPr>
      <w:r>
        <w:t>RELEVANT SKILLS</w:t>
      </w:r>
    </w:p>
    <w:p w14:paraId="45B67D24" w14:textId="77777777" w:rsidR="001332F0" w:rsidRDefault="00000000">
      <w:r>
        <w:t>Written documentation and step-by-step instructions; troubleshooting and issue investigation; research using technical documentation; accurate record keeping; quality checks; software installation guidance; GitHub and version control; Windows, Linux, Android, and browser-based tools.</w:t>
      </w:r>
    </w:p>
    <w:p w14:paraId="04EBAC31" w14:textId="77777777" w:rsidR="001332F0" w:rsidRDefault="00000000">
      <w:pPr>
        <w:pStyle w:val="Heading1"/>
      </w:pPr>
      <w:r>
        <w:t>PROJECT EXPERIENCE</w:t>
      </w:r>
    </w:p>
    <w:p w14:paraId="60398CAB" w14:textId="77777777" w:rsidR="001332F0" w:rsidRDefault="00000000">
      <w:pPr>
        <w:keepNext/>
        <w:spacing w:after="40"/>
      </w:pPr>
      <w:r>
        <w:rPr>
          <w:b/>
        </w:rPr>
        <w:t>MANTIS Network Monitoring System</w:t>
      </w:r>
      <w:r>
        <w:t xml:space="preserve"> | Academic project</w:t>
      </w:r>
    </w:p>
    <w:p w14:paraId="1AD67728" w14:textId="77777777" w:rsidR="001332F0" w:rsidRDefault="00000000">
      <w:pPr>
        <w:keepNext/>
        <w:spacing w:after="80"/>
      </w:pPr>
      <w:hyperlink r:id="rId9">
        <w:r>
          <w:t>github.com/Anuskar123/mantis1</w:t>
        </w:r>
      </w:hyperlink>
    </w:p>
    <w:p w14:paraId="30A5F6C0" w14:textId="77777777" w:rsidR="001332F0" w:rsidRDefault="00000000">
      <w:pPr>
        <w:pStyle w:val="ListBullet"/>
      </w:pPr>
      <w:r>
        <w:t>Created installation, operation, testing, and troubleshooting guides to help users set up the system and investigate common problems.</w:t>
      </w:r>
    </w:p>
    <w:p w14:paraId="69F7E695" w14:textId="77777777" w:rsidR="001332F0" w:rsidRDefault="00000000">
      <w:pPr>
        <w:pStyle w:val="ListBullet"/>
      </w:pPr>
      <w:r>
        <w:t>Used logs, repeatable checks, and documented procedures to investigate software behaviour and explain findings clearly.</w:t>
      </w:r>
    </w:p>
    <w:p w14:paraId="6655E33A" w14:textId="77777777" w:rsidR="001332F0" w:rsidRDefault="00000000">
      <w:pPr>
        <w:pStyle w:val="ListBullet"/>
      </w:pPr>
      <w:r>
        <w:t>Organised reports, diagrams, and supporting evidence in a documented repository; verified the current build with 119 passing automated tests.</w:t>
      </w:r>
    </w:p>
    <w:p w14:paraId="07FB2701" w14:textId="77777777" w:rsidR="001332F0" w:rsidRDefault="00000000">
      <w:pPr>
        <w:keepNext/>
        <w:spacing w:after="40"/>
      </w:pPr>
      <w:r>
        <w:rPr>
          <w:b/>
        </w:rPr>
        <w:t>Still Android Privacy App</w:t>
      </w:r>
      <w:r>
        <w:t xml:space="preserve"> | Personal project</w:t>
      </w:r>
    </w:p>
    <w:p w14:paraId="4913F94D" w14:textId="77777777" w:rsidR="001332F0" w:rsidRDefault="00000000">
      <w:pPr>
        <w:keepNext/>
        <w:spacing w:after="80"/>
      </w:pPr>
      <w:hyperlink r:id="rId10">
        <w:r>
          <w:t>github.com/Anuskar123/still-ad-blocker</w:t>
        </w:r>
      </w:hyperlink>
    </w:p>
    <w:p w14:paraId="1E4FD1B2" w14:textId="77777777" w:rsidR="001332F0" w:rsidRDefault="00000000">
      <w:pPr>
        <w:pStyle w:val="ListBullet"/>
      </w:pPr>
      <w:r>
        <w:t>Developed onboarding and settings guidance, with installation instructions, release notes, and explanations of privacy features and limitations.</w:t>
      </w:r>
    </w:p>
    <w:p w14:paraId="772C6184" w14:textId="77777777" w:rsidR="001332F0" w:rsidRDefault="00000000">
      <w:pPr>
        <w:pStyle w:val="ListBullet"/>
      </w:pPr>
      <w:r>
        <w:t>Documented connection behaviour and testing steps, distinguishing confirmed results from issues requiring further investigation.</w:t>
      </w:r>
    </w:p>
    <w:p w14:paraId="7CA60C92" w14:textId="77777777" w:rsidR="001332F0" w:rsidRDefault="00000000">
      <w:pPr>
        <w:keepNext/>
        <w:spacing w:after="40"/>
      </w:pPr>
      <w:r>
        <w:rPr>
          <w:b/>
        </w:rPr>
        <w:t>Prism Scanner</w:t>
      </w:r>
      <w:r>
        <w:t xml:space="preserve"> | Personal project</w:t>
      </w:r>
    </w:p>
    <w:p w14:paraId="093D348E" w14:textId="77777777" w:rsidR="001332F0" w:rsidRDefault="00000000">
      <w:pPr>
        <w:keepNext/>
        <w:spacing w:after="80"/>
      </w:pPr>
      <w:hyperlink r:id="rId11">
        <w:r>
          <w:t>github.com/Anuskar123/prism-scanner</w:t>
        </w:r>
      </w:hyperlink>
    </w:p>
    <w:p w14:paraId="0C15D447" w14:textId="77777777" w:rsidR="001332F0" w:rsidRDefault="00000000">
      <w:pPr>
        <w:pStyle w:val="ListBullet"/>
      </w:pPr>
      <w:r>
        <w:t>Built guided forms and clear permission, validation, and result messages to help users scan, create, save, and share codes.</w:t>
      </w:r>
    </w:p>
    <w:p w14:paraId="3C7D4D1C" w14:textId="77777777" w:rsidR="001332F0" w:rsidRDefault="00000000">
      <w:pPr>
        <w:pStyle w:val="ListBullet"/>
      </w:pPr>
      <w:r>
        <w:t>Provided setup instructions and documented common scanning constraints, including lighting, focus, supported formats, and device permissions.</w:t>
      </w:r>
    </w:p>
    <w:p w14:paraId="2E03F02F" w14:textId="77777777" w:rsidR="001332F0" w:rsidRDefault="00000000">
      <w:pPr>
        <w:pStyle w:val="Heading1"/>
      </w:pPr>
      <w:r>
        <w:t>EDUCATION</w:t>
      </w:r>
    </w:p>
    <w:p w14:paraId="6821F9B6" w14:textId="77777777" w:rsidR="001332F0" w:rsidRDefault="00000000">
      <w:pPr>
        <w:spacing w:after="40"/>
      </w:pPr>
      <w:r>
        <w:rPr>
          <w:b/>
        </w:rPr>
        <w:t>BSc (Hons) Computing</w:t>
      </w:r>
    </w:p>
    <w:p w14:paraId="7A75B59F" w14:textId="77777777" w:rsidR="001332F0" w:rsidRDefault="00000000">
      <w:r>
        <w:t>University of Northampton | 2023 to 2027 | Expected graduation 2027</w:t>
      </w:r>
    </w:p>
    <w:sectPr w:rsidR="001332F0"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2951546">
    <w:abstractNumId w:val="8"/>
  </w:num>
  <w:num w:numId="2" w16cid:durableId="603079466">
    <w:abstractNumId w:val="6"/>
  </w:num>
  <w:num w:numId="3" w16cid:durableId="945696581">
    <w:abstractNumId w:val="5"/>
  </w:num>
  <w:num w:numId="4" w16cid:durableId="1912230860">
    <w:abstractNumId w:val="4"/>
  </w:num>
  <w:num w:numId="5" w16cid:durableId="458643806">
    <w:abstractNumId w:val="7"/>
  </w:num>
  <w:num w:numId="6" w16cid:durableId="397241354">
    <w:abstractNumId w:val="3"/>
  </w:num>
  <w:num w:numId="7" w16cid:durableId="129443075">
    <w:abstractNumId w:val="2"/>
  </w:num>
  <w:num w:numId="8" w16cid:durableId="235017176">
    <w:abstractNumId w:val="1"/>
  </w:num>
  <w:num w:numId="9" w16cid:durableId="226495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32F0"/>
    <w:rsid w:val="0015074B"/>
    <w:rsid w:val="00203012"/>
    <w:rsid w:val="0029639D"/>
    <w:rsid w:val="00326F90"/>
    <w:rsid w:val="004B42C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3A761F"/>
  <w14:defaultImageDpi w14:val="300"/>
  <w15:docId w15:val="{64B87518-A8BB-4286-8D6A-328B3F2A0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47"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anuskar-sigdel-a4723632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github.com/Anuskar123"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uskarsigdel04@gmail.com" TargetMode="External"/><Relationship Id="rId11" Type="http://schemas.openxmlformats.org/officeDocument/2006/relationships/hyperlink" Target="https://github.com/Anuskar123/prism-scanner" TargetMode="External"/><Relationship Id="rId5" Type="http://schemas.openxmlformats.org/officeDocument/2006/relationships/webSettings" Target="webSettings.xml"/><Relationship Id="rId10" Type="http://schemas.openxmlformats.org/officeDocument/2006/relationships/hyperlink" Target="https://github.com/Anuskar123/still-ad-blocker" TargetMode="External"/><Relationship Id="rId4" Type="http://schemas.openxmlformats.org/officeDocument/2006/relationships/settings" Target="settings.xml"/><Relationship Id="rId9" Type="http://schemas.openxmlformats.org/officeDocument/2006/relationships/hyperlink" Target="https://github.com/Anuskar123/manti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Anuskar Sigdel Email Support Resume</dc:title>
  <dc:subject>Remote Email Support Specialist</dc:subject>
  <dc:creator>Anuskar Sigdel</dc:creator>
  <cp:keywords>Email support, documentation, troubleshooting, customer service</cp:keywords>
  <dc:description>generated by python-docx</dc:description>
  <cp:lastModifiedBy>Sigdel ANUSKAR</cp:lastModifiedBy>
  <cp:revision>2</cp:revision>
  <dcterms:created xsi:type="dcterms:W3CDTF">2026-09-17T12:09:00Z</dcterms:created>
  <dcterms:modified xsi:type="dcterms:W3CDTF">2026-09-17T12:09:00Z</dcterms:modified>
  <cp:category/>
</cp:coreProperties>
</file>